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80"/>
        <w:gridCol w:w="12384"/>
      </w:tblGrid>
      <w:tr w:rsidR="00CD7FD8" w:rsidRPr="004B0265" w14:paraId="04493C49" w14:textId="77777777" w:rsidTr="00221E18">
        <w:trPr>
          <w:trHeight w:val="2168"/>
          <w:jc w:val="center"/>
        </w:trPr>
        <w:tc>
          <w:tcPr>
            <w:tcW w:w="2880" w:type="dxa"/>
            <w:shd w:val="clear" w:color="auto" w:fill="E8DDC5"/>
            <w:tcMar>
              <w:top w:w="80" w:type="dxa"/>
              <w:left w:w="80" w:type="dxa"/>
              <w:bottom w:w="80" w:type="dxa"/>
              <w:right w:w="80" w:type="dxa"/>
            </w:tcMar>
            <w:vAlign w:val="center"/>
          </w:tcPr>
          <w:p w14:paraId="75CD38E7" w14:textId="67165D9F" w:rsidR="00CD7FD8" w:rsidRPr="004B0265" w:rsidRDefault="00577F10" w:rsidP="00DA3217">
            <w:pPr>
              <w:rPr>
                <w:rFonts w:ascii="ISHALinkpen Join" w:hAnsi="ISHALinkpen Join"/>
                <w14:cntxtAlts/>
              </w:rPr>
            </w:pPr>
            <w:r w:rsidRPr="002F2717">
              <w:rPr>
                <w:rFonts w:ascii="Letter-join Basic 40" w:eastAsia="Sassoon Infant Std" w:hAnsi="Letter-join Basic 40" w:cs="Sassoon Infant Std"/>
                <w:noProof/>
                <w:lang w:val="en-GB"/>
              </w:rPr>
              <w:drawing>
                <wp:anchor distT="0" distB="0" distL="114300" distR="114300" simplePos="0" relativeHeight="251659264" behindDoc="0" locked="0" layoutInCell="1" allowOverlap="1" wp14:anchorId="60129C10" wp14:editId="5864F05C">
                  <wp:simplePos x="0" y="0"/>
                  <wp:positionH relativeFrom="column">
                    <wp:posOffset>29845</wp:posOffset>
                  </wp:positionH>
                  <wp:positionV relativeFrom="paragraph">
                    <wp:posOffset>-26670</wp:posOffset>
                  </wp:positionV>
                  <wp:extent cx="1714500" cy="1435100"/>
                  <wp:effectExtent l="0" t="0" r="0" b="0"/>
                  <wp:wrapNone/>
                  <wp:docPr id="9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 name="Picture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43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769A" w:rsidRPr="004B0265">
              <w:rPr>
                <w:rFonts w:ascii="ISHALinkpen Join" w:hAnsi="ISHALinkpen Join"/>
                <w14:cntxtAlts/>
              </w:rPr>
              <w:fldChar w:fldCharType="begin"/>
            </w:r>
            <w:r w:rsidR="00CD769A" w:rsidRPr="004B0265">
              <w:rPr>
                <w:rFonts w:ascii="ISHALinkpen Join" w:hAnsi="ISHALinkpen Join"/>
                <w14:cntxtAlts/>
              </w:rPr>
              <w:instrText xml:space="preserve"> INCLUDEPICTURE "https://encrypted-tbn0.gstatic.com/images?q=tbn:ANd9GcRoPbuWma47r-dB6X5LPD8WNRZJb7leSxCP2-mAhWUYq0s63CA06AAULD41&amp;s=10" \* MERGEFORMATINET </w:instrText>
            </w:r>
            <w:r w:rsidR="00B6469D">
              <w:rPr>
                <w:rFonts w:ascii="ISHALinkpen Join" w:hAnsi="ISHALinkpen Join"/>
                <w14:cntxtAlts/>
              </w:rPr>
              <w:fldChar w:fldCharType="separate"/>
            </w:r>
            <w:r w:rsidR="00CD769A" w:rsidRPr="004B0265">
              <w:rPr>
                <w:rFonts w:ascii="ISHALinkpen Join" w:hAnsi="ISHALinkpen Join"/>
                <w14:cntxtAlts/>
              </w:rPr>
              <w:fldChar w:fldCharType="end"/>
            </w:r>
          </w:p>
        </w:tc>
        <w:tc>
          <w:tcPr>
            <w:tcW w:w="12384" w:type="dxa"/>
            <w:shd w:val="clear" w:color="auto" w:fill="F7F2E8"/>
            <w:tcMar>
              <w:top w:w="100" w:type="dxa"/>
              <w:left w:w="180" w:type="dxa"/>
              <w:bottom w:w="100" w:type="dxa"/>
              <w:right w:w="180" w:type="dxa"/>
            </w:tcMar>
            <w:vAlign w:val="center"/>
          </w:tcPr>
          <w:p w14:paraId="52BAFBB7" w14:textId="56A1B5B9" w:rsidR="0085308C" w:rsidRPr="00C62317" w:rsidRDefault="00496C60" w:rsidP="008258EB">
            <w:pPr>
              <w:spacing w:after="0"/>
              <w:jc w:val="center"/>
              <w:rPr>
                <w:rFonts w:ascii="ISHALinkpen Join" w:hAnsi="ISHALinkpen Join"/>
                <w:sz w:val="14"/>
                <w:szCs w:val="20"/>
                <w14:cntxtAlts/>
              </w:rPr>
            </w:pPr>
            <w:r w:rsidRPr="004B0265">
              <w:rPr>
                <w:rFonts w:ascii="ISHALinkpen Join" w:hAnsi="ISHALinkpen Join"/>
                <w:b/>
                <w:color w:val="A66A3F"/>
                <w:szCs w:val="21"/>
                <w14:cntxtAlts/>
              </w:rPr>
              <w:t xml:space="preserve">YEAR </w:t>
            </w:r>
            <w:r w:rsidR="00577F10">
              <w:rPr>
                <w:rFonts w:ascii="ISHALinkpen Join" w:hAnsi="ISHALinkpen Join"/>
                <w:b/>
                <w:color w:val="A66A3F"/>
                <w:szCs w:val="21"/>
                <w14:cntxtAlts/>
              </w:rPr>
              <w:t>1</w:t>
            </w:r>
            <w:r w:rsidR="0030298A" w:rsidRPr="004B0265">
              <w:rPr>
                <w:rFonts w:ascii="ISHALinkpen Join" w:hAnsi="ISHALinkpen Join"/>
                <w:b/>
                <w:color w:val="A66A3F"/>
                <w:szCs w:val="21"/>
                <w14:cntxtAlts/>
              </w:rPr>
              <w:t xml:space="preserve"> </w:t>
            </w:r>
            <w:r w:rsidR="00E13F31" w:rsidRPr="004B0265">
              <w:rPr>
                <w:rFonts w:ascii="ISHALinkpen Join" w:hAnsi="ISHALinkpen Join"/>
                <w:b/>
                <w:color w:val="A66A3F"/>
                <w:szCs w:val="21"/>
                <w14:cntxtAlts/>
              </w:rPr>
              <w:t>•</w:t>
            </w:r>
            <w:r w:rsidRPr="004B0265">
              <w:rPr>
                <w:rFonts w:ascii="ISHALinkpen Join" w:hAnsi="ISHALinkpen Join"/>
                <w:b/>
                <w:color w:val="A66A3F"/>
                <w:szCs w:val="21"/>
                <w14:cntxtAlts/>
              </w:rPr>
              <w:t xml:space="preserve"> </w:t>
            </w:r>
            <w:r w:rsidR="0030298A" w:rsidRPr="004B0265">
              <w:rPr>
                <w:rFonts w:ascii="ISHALinkpen Join" w:hAnsi="ISHALinkpen Join"/>
                <w:b/>
                <w:color w:val="A66A3F"/>
                <w:szCs w:val="21"/>
                <w14:cntxtAlts/>
              </w:rPr>
              <w:t xml:space="preserve">AUTUMN </w:t>
            </w:r>
            <w:r w:rsidR="008258EB">
              <w:rPr>
                <w:rFonts w:ascii="ISHALinkpen Join" w:hAnsi="ISHALinkpen Join"/>
                <w:b/>
                <w:color w:val="A66A3F"/>
                <w:szCs w:val="21"/>
                <w14:cntxtAlts/>
              </w:rPr>
              <w:t>2</w:t>
            </w:r>
            <w:r w:rsidR="0030298A" w:rsidRPr="004B0265">
              <w:rPr>
                <w:rFonts w:ascii="ISHALinkpen Join" w:hAnsi="ISHALinkpen Join"/>
                <w:b/>
                <w:color w:val="A66A3F"/>
                <w:szCs w:val="21"/>
                <w14:cntxtAlts/>
              </w:rPr>
              <w:t xml:space="preserve"> </w:t>
            </w:r>
            <w:r w:rsidR="009A12F1" w:rsidRPr="004B0265">
              <w:rPr>
                <w:rFonts w:ascii="ISHALinkpen Join" w:hAnsi="ISHALinkpen Join"/>
                <w:sz w:val="16"/>
                <w:szCs w:val="21"/>
                <w14:cntxtAlts/>
              </w:rPr>
              <w:t xml:space="preserve">     </w:t>
            </w:r>
            <w:r w:rsidR="00577F10">
              <w:rPr>
                <w:rFonts w:ascii="ISHALinkpen Join" w:hAnsi="ISHALinkpen Join"/>
                <w:b/>
                <w:color w:val="4E3B2D"/>
                <w:sz w:val="36"/>
                <w:szCs w:val="16"/>
                <w14:cntxtAlts/>
              </w:rPr>
              <w:t xml:space="preserve">There’s no place like home. </w:t>
            </w:r>
          </w:p>
          <w:p w14:paraId="19664A9E" w14:textId="2663BD82" w:rsidR="00CD7FD8" w:rsidRPr="008258EB" w:rsidRDefault="00577F10" w:rsidP="009A12F1">
            <w:pPr>
              <w:spacing w:after="40"/>
              <w:rPr>
                <w:rFonts w:ascii="ISHALinkpen Join" w:hAnsi="ISHALinkpen Join"/>
                <w:sz w:val="16"/>
                <w:szCs w:val="21"/>
                <w14:cntxtAlts/>
              </w:rPr>
            </w:pPr>
            <w:r w:rsidRPr="00577F10">
              <w:rPr>
                <w:rFonts w:ascii="ISHALinkpen Join Connect" w:hAnsi="ISHALinkpen Join Connect"/>
                <w:szCs w:val="16"/>
                <w14:cntxtAlts/>
              </w:rPr>
              <w:t xml:space="preserve">The children will be exploring key human features, </w:t>
            </w:r>
            <w:proofErr w:type="gramStart"/>
            <w:r w:rsidRPr="00577F10">
              <w:rPr>
                <w:rFonts w:ascii="ISHALinkpen Join Connect" w:hAnsi="ISHALinkpen Join Connect"/>
                <w:szCs w:val="16"/>
                <w14:cntxtAlts/>
              </w:rPr>
              <w:t>e.g.</w:t>
            </w:r>
            <w:proofErr w:type="gramEnd"/>
            <w:r w:rsidRPr="00577F10">
              <w:rPr>
                <w:rFonts w:ascii="ISHALinkpen Join Connect" w:hAnsi="ISHALinkpen Join Connect"/>
                <w:szCs w:val="16"/>
                <w14:cntxtAlts/>
              </w:rPr>
              <w:t xml:space="preserve"> cities, towns and shops. They will be learning to identify the countries that make up the United Kingdom and use simple compass directions. (North, South, East and West). We will be exploring the local environment and our surroundings.</w:t>
            </w:r>
          </w:p>
        </w:tc>
      </w:tr>
    </w:tbl>
    <w:tbl>
      <w:tblPr>
        <w:tblpPr w:leftFromText="180" w:rightFromText="180" w:vertAnchor="text" w:horzAnchor="margin" w:tblpX="134" w:tblpY="160"/>
        <w:tblW w:w="0" w:type="auto"/>
        <w:tblBorders>
          <w:top w:val="nil"/>
          <w:left w:val="nil"/>
          <w:bottom w:val="nil"/>
          <w:right w:val="nil"/>
          <w:insideH w:val="nil"/>
          <w:insideV w:val="nil"/>
        </w:tblBorders>
        <w:tblLayout w:type="fixed"/>
        <w:tblLook w:val="04A0" w:firstRow="1" w:lastRow="0" w:firstColumn="1" w:lastColumn="0" w:noHBand="0" w:noVBand="1"/>
      </w:tblPr>
      <w:tblGrid>
        <w:gridCol w:w="5412"/>
        <w:gridCol w:w="3827"/>
        <w:gridCol w:w="3544"/>
        <w:gridCol w:w="2325"/>
      </w:tblGrid>
      <w:tr w:rsidR="003A7267" w:rsidRPr="004B0265" w14:paraId="3A346C94" w14:textId="77777777" w:rsidTr="004B0265">
        <w:trPr>
          <w:trHeight w:val="2032"/>
        </w:trPr>
        <w:tc>
          <w:tcPr>
            <w:tcW w:w="5412" w:type="dxa"/>
            <w:tcBorders>
              <w:top w:val="single" w:sz="6" w:space="0" w:color="D8CCB5"/>
              <w:left w:val="single" w:sz="6" w:space="0" w:color="D8CCB5"/>
              <w:bottom w:val="single" w:sz="6" w:space="0" w:color="D8CCB5"/>
              <w:right w:val="single" w:sz="6" w:space="0" w:color="D8CCB5"/>
            </w:tcBorders>
            <w:shd w:val="clear" w:color="auto" w:fill="F3E6D3"/>
            <w:tcMar>
              <w:top w:w="80" w:type="dxa"/>
              <w:left w:w="130" w:type="dxa"/>
              <w:bottom w:w="80" w:type="dxa"/>
              <w:right w:w="130" w:type="dxa"/>
            </w:tcMar>
          </w:tcPr>
          <w:p w14:paraId="28ACC9B8" w14:textId="77777777" w:rsidR="003A7267" w:rsidRPr="004B0265" w:rsidRDefault="003A7267" w:rsidP="003A7267">
            <w:pPr>
              <w:spacing w:after="40"/>
              <w:rPr>
                <w:rFonts w:ascii="ISHALinkpen Join" w:hAnsi="ISHALinkpen Join"/>
                <w14:cntxtAlts/>
              </w:rPr>
            </w:pPr>
            <w:r w:rsidRPr="004B0265">
              <w:rPr>
                <w:rFonts w:ascii="ISHALinkpen Join" w:hAnsi="ISHALinkpen Join"/>
                <w:b/>
                <w:color w:val="6A4A2F"/>
                <w:sz w:val="19"/>
                <w14:cntxtAlts/>
              </w:rPr>
              <w:t>SUPER START</w:t>
            </w:r>
          </w:p>
          <w:p w14:paraId="07C3683F" w14:textId="0168B8E7" w:rsidR="003A7267" w:rsidRPr="008258EB" w:rsidRDefault="00577F10" w:rsidP="003A7267">
            <w:pPr>
              <w:rPr>
                <w:rFonts w:ascii="ISHALinkpen Join" w:hAnsi="ISHALinkpen Join"/>
                <w:sz w:val="16"/>
                <w:szCs w:val="20"/>
                <w14:cntxtAlts/>
              </w:rPr>
            </w:pPr>
            <w:r w:rsidRPr="00577F10">
              <w:rPr>
                <w:rFonts w:ascii="ISHALinkpen Join" w:hAnsi="ISHALinkpen Join"/>
                <w:sz w:val="16"/>
                <w:szCs w:val="20"/>
                <w14:cntxtAlts/>
              </w:rPr>
              <w:t>We will be looking at different types of homes. We will design a room and use cardboard boxes and recycled materials to bring it to life! We will be going on a scavenger hunt to find key features of the United Kingdom. We will be dressing up as our dream jobs.</w:t>
            </w:r>
          </w:p>
        </w:tc>
        <w:tc>
          <w:tcPr>
            <w:tcW w:w="3827" w:type="dxa"/>
            <w:tcBorders>
              <w:top w:val="single" w:sz="6" w:space="0" w:color="D8CCB5"/>
              <w:left w:val="single" w:sz="6" w:space="0" w:color="D8CCB5"/>
              <w:bottom w:val="single" w:sz="6" w:space="0" w:color="D8CCB5"/>
              <w:right w:val="single" w:sz="6" w:space="0" w:color="D8CCB5"/>
            </w:tcBorders>
            <w:shd w:val="clear" w:color="auto" w:fill="E6EFE5"/>
            <w:tcMar>
              <w:top w:w="80" w:type="dxa"/>
              <w:left w:w="130" w:type="dxa"/>
              <w:bottom w:w="80" w:type="dxa"/>
              <w:right w:w="130" w:type="dxa"/>
            </w:tcMar>
          </w:tcPr>
          <w:p w14:paraId="6E82E88A" w14:textId="6ABFC76F" w:rsidR="003A7267" w:rsidRPr="004B0265" w:rsidRDefault="005769AB" w:rsidP="003A7267">
            <w:pPr>
              <w:spacing w:after="40"/>
              <w:rPr>
                <w:rFonts w:ascii="ISHALinkpen Join" w:hAnsi="ISHALinkpen Join"/>
                <w14:cntxtAlts/>
              </w:rPr>
            </w:pPr>
            <w:r>
              <w:rPr>
                <w:rFonts w:ascii="ISHALinkpen Join" w:hAnsi="ISHALinkpen Join"/>
                <w:b/>
                <w:color w:val="6A4A2F"/>
                <w:sz w:val="19"/>
                <w14:cntxtAlts/>
              </w:rPr>
              <w:t>Epic End:</w:t>
            </w:r>
          </w:p>
          <w:p w14:paraId="2F1FE40E" w14:textId="482119B5" w:rsidR="003A7267" w:rsidRPr="004B0265" w:rsidRDefault="003A7267" w:rsidP="003A7267">
            <w:pPr>
              <w:spacing w:after="0" w:line="240" w:lineRule="auto"/>
              <w:rPr>
                <w:rFonts w:ascii="ISHALinkpen Join" w:hAnsi="ISHALinkpen Join"/>
                <w14:cntxtAlts/>
              </w:rPr>
            </w:pPr>
            <w:r>
              <w:rPr>
                <w:rFonts w:ascii="ISHALinkpen Join" w:hAnsi="ISHALinkpen Join"/>
                <w14:cntxtAlts/>
              </w:rPr>
              <w:t>Learning Showcase</w:t>
            </w:r>
          </w:p>
        </w:tc>
        <w:tc>
          <w:tcPr>
            <w:tcW w:w="3544" w:type="dxa"/>
            <w:tcBorders>
              <w:top w:val="single" w:sz="6" w:space="0" w:color="D8CCB5"/>
              <w:left w:val="single" w:sz="6" w:space="0" w:color="D8CCB5"/>
              <w:bottom w:val="single" w:sz="6" w:space="0" w:color="D8CCB5"/>
              <w:right w:val="single" w:sz="6" w:space="0" w:color="D8CCB5"/>
            </w:tcBorders>
            <w:shd w:val="clear" w:color="auto" w:fill="E7E5EF"/>
            <w:tcMar>
              <w:top w:w="80" w:type="dxa"/>
              <w:left w:w="130" w:type="dxa"/>
              <w:bottom w:w="80" w:type="dxa"/>
              <w:right w:w="130" w:type="dxa"/>
            </w:tcMar>
          </w:tcPr>
          <w:p w14:paraId="757CB28B" w14:textId="77777777" w:rsidR="003A7267" w:rsidRPr="004B0265" w:rsidRDefault="003A7267" w:rsidP="003A7267">
            <w:pPr>
              <w:spacing w:after="40"/>
              <w:rPr>
                <w:rFonts w:ascii="ISHALinkpen Join" w:hAnsi="ISHALinkpen Join"/>
                <w:b/>
                <w:color w:val="6A4A2F"/>
                <w:sz w:val="19"/>
                <w14:cntxtAlts/>
              </w:rPr>
            </w:pPr>
            <w:r w:rsidRPr="004B0265">
              <w:rPr>
                <w:rFonts w:ascii="ISHALinkpen Join" w:hAnsi="ISHALinkpen Join"/>
                <w:b/>
                <w:color w:val="6A4A2F"/>
                <w:sz w:val="19"/>
                <w14:cntxtAlts/>
              </w:rPr>
              <w:t>EDUCATIONAL VISIT</w:t>
            </w:r>
          </w:p>
          <w:p w14:paraId="56BC2C31" w14:textId="450E2E49" w:rsidR="003A7267" w:rsidRDefault="005769AB" w:rsidP="003A7267">
            <w:pPr>
              <w:spacing w:after="40"/>
              <w:rPr>
                <w:rFonts w:ascii="ISHALinkpen Join" w:hAnsi="ISHALinkpen Join"/>
                <w14:cntxtAlts/>
              </w:rPr>
            </w:pPr>
            <w:r>
              <w:rPr>
                <w:rFonts w:ascii="ISHALinkpen Join" w:hAnsi="ISHALinkpen Join"/>
                <w14:cntxtAlts/>
              </w:rPr>
              <w:t>Dates to be confirmed</w:t>
            </w:r>
          </w:p>
          <w:p w14:paraId="7DC8E012" w14:textId="77777777" w:rsidR="005769AB" w:rsidRDefault="005769AB" w:rsidP="003A7267">
            <w:pPr>
              <w:spacing w:after="40"/>
              <w:rPr>
                <w:rFonts w:ascii="ISHALinkpen Join" w:hAnsi="ISHALinkpen Join"/>
                <w14:cntxtAlts/>
              </w:rPr>
            </w:pPr>
            <w:r>
              <w:rPr>
                <w:rFonts w:ascii="ISHALinkpen Join" w:hAnsi="ISHALinkpen Join"/>
                <w14:cntxtAlts/>
              </w:rPr>
              <w:t>Map reading and orienteering</w:t>
            </w:r>
          </w:p>
          <w:p w14:paraId="2D4DCED2" w14:textId="173DCFA7" w:rsidR="005769AB" w:rsidRPr="004B0265" w:rsidRDefault="005769AB" w:rsidP="003A7267">
            <w:pPr>
              <w:spacing w:after="40"/>
              <w:rPr>
                <w:rFonts w:ascii="ISHALinkpen Join" w:hAnsi="ISHALinkpen Join"/>
                <w14:cntxtAlts/>
              </w:rPr>
            </w:pPr>
            <w:r>
              <w:rPr>
                <w:rFonts w:ascii="ISHALinkpen Join" w:hAnsi="ISHALinkpen Join"/>
                <w14:cntxtAlts/>
              </w:rPr>
              <w:t xml:space="preserve">Visit to the church </w:t>
            </w:r>
          </w:p>
        </w:tc>
        <w:tc>
          <w:tcPr>
            <w:tcW w:w="2325" w:type="dxa"/>
            <w:tcBorders>
              <w:top w:val="single" w:sz="6" w:space="0" w:color="D8CCB5"/>
              <w:left w:val="single" w:sz="6" w:space="0" w:color="D8CCB5"/>
              <w:bottom w:val="single" w:sz="6" w:space="0" w:color="D8CCB5"/>
              <w:right w:val="single" w:sz="6" w:space="0" w:color="D8CCB5"/>
            </w:tcBorders>
            <w:shd w:val="clear" w:color="auto" w:fill="E7E5EF"/>
          </w:tcPr>
          <w:p w14:paraId="14E7AAFB" w14:textId="77777777" w:rsidR="003A7267" w:rsidRPr="004B0265" w:rsidRDefault="003A7267" w:rsidP="003A7267">
            <w:pPr>
              <w:spacing w:after="40"/>
              <w:rPr>
                <w:rFonts w:ascii="ISHALinkpen Join" w:hAnsi="ISHALinkpen Join"/>
                <w:b/>
                <w:color w:val="6A4A2F"/>
                <w:sz w:val="16"/>
                <w:szCs w:val="16"/>
                <w14:cntxtAlts/>
              </w:rPr>
            </w:pPr>
            <w:r w:rsidRPr="004B0265">
              <w:rPr>
                <w:rFonts w:ascii="ISHALinkpen Join" w:hAnsi="ISHALinkpen Join"/>
                <w:b/>
                <w:color w:val="6A4A2F"/>
                <w:sz w:val="16"/>
                <w:szCs w:val="16"/>
                <w14:cntxtAlts/>
              </w:rPr>
              <w:t xml:space="preserve">UNICEF </w:t>
            </w:r>
          </w:p>
          <w:p w14:paraId="16971C54" w14:textId="77777777" w:rsidR="003A7267" w:rsidRPr="004B0265" w:rsidRDefault="003A7267" w:rsidP="003A7267">
            <w:pPr>
              <w:spacing w:after="40"/>
              <w:rPr>
                <w:rFonts w:ascii="ISHALinkpen Join" w:hAnsi="ISHALinkpen Join"/>
                <w:b/>
                <w:color w:val="6A4A2F"/>
                <w:sz w:val="16"/>
                <w:szCs w:val="16"/>
                <w14:cntxtAlts/>
              </w:rPr>
            </w:pPr>
            <w:r w:rsidRPr="004B0265">
              <w:rPr>
                <w:rFonts w:ascii="ISHALinkpen Join" w:hAnsi="ISHALinkpen Join"/>
                <w:b/>
                <w:color w:val="6A4A2F"/>
                <w:sz w:val="16"/>
                <w:szCs w:val="16"/>
                <w14:cntxtAlts/>
              </w:rPr>
              <w:t>Life on Land</w:t>
            </w:r>
          </w:p>
          <w:p w14:paraId="02F98A1F" w14:textId="3E267E62" w:rsidR="003A7267" w:rsidRPr="004B0265" w:rsidRDefault="003A7267" w:rsidP="003A7267">
            <w:pPr>
              <w:spacing w:after="40"/>
              <w:rPr>
                <w:rFonts w:ascii="ISHALinkpen Join" w:hAnsi="ISHALinkpen Join"/>
                <w:b/>
                <w:color w:val="6A4A2F"/>
                <w:sz w:val="16"/>
                <w:szCs w:val="16"/>
                <w14:cntxtAlts/>
              </w:rPr>
            </w:pPr>
            <w:r w:rsidRPr="004B0265">
              <w:rPr>
                <w:rFonts w:ascii="ISHALinkpen Join" w:hAnsi="ISHALinkpen Join"/>
                <w:b/>
                <w:noProof/>
                <w:color w:val="6A4A2F"/>
                <w:sz w:val="16"/>
                <w:szCs w:val="16"/>
                <w14:cntxtAlts/>
              </w:rPr>
              <w:drawing>
                <wp:inline distT="0" distB="0" distL="0" distR="0" wp14:anchorId="65CB5475" wp14:editId="44740B0F">
                  <wp:extent cx="491696" cy="4959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555" cy="500836"/>
                          </a:xfrm>
                          <a:prstGeom prst="rect">
                            <a:avLst/>
                          </a:prstGeom>
                        </pic:spPr>
                      </pic:pic>
                    </a:graphicData>
                  </a:graphic>
                </wp:inline>
              </w:drawing>
            </w:r>
          </w:p>
        </w:tc>
      </w:tr>
    </w:tbl>
    <w:p w14:paraId="59AAB237" w14:textId="77E9496C" w:rsidR="00CD7FD8" w:rsidRPr="004B0265" w:rsidRDefault="00221E18" w:rsidP="00221E18">
      <w:pPr>
        <w:spacing w:before="80" w:after="60"/>
        <w:rPr>
          <w:rFonts w:ascii="ISHALinkpen Join" w:hAnsi="ISHALinkpen Join"/>
          <w14:cntxtAlts/>
        </w:rPr>
      </w:pPr>
      <w:r w:rsidRPr="004B0265">
        <w:rPr>
          <w:rFonts w:ascii="ISHALinkpen Join" w:hAnsi="ISHALinkpen Join"/>
          <w14:cntxtAlts/>
        </w:rPr>
        <w:t xml:space="preserve">                                                              </w:t>
      </w:r>
      <w:r w:rsidR="00496C60" w:rsidRPr="004B0265">
        <w:rPr>
          <w:rFonts w:ascii="ISHALinkpen Join" w:hAnsi="ISHALinkpen Join"/>
          <w:b/>
          <w:color w:val="4E3B2D"/>
          <w:sz w:val="24"/>
          <w14:cntxtAlts/>
        </w:rPr>
        <w:t>OUR LEARNING THIS HALF TERM</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7632"/>
        <w:gridCol w:w="3816"/>
        <w:gridCol w:w="3816"/>
      </w:tblGrid>
      <w:tr w:rsidR="00CD7FD8" w:rsidRPr="004B0265" w14:paraId="219035C4" w14:textId="77777777" w:rsidTr="22496F69">
        <w:trPr>
          <w:trHeight w:val="2229"/>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0483C053" w14:textId="77777777" w:rsidR="00CD7FD8" w:rsidRPr="004B0265" w:rsidRDefault="00496C60">
            <w:pPr>
              <w:spacing w:after="40"/>
              <w:rPr>
                <w:rFonts w:ascii="ISHALinkpen Join" w:hAnsi="ISHALinkpen Join"/>
                <w:sz w:val="17"/>
                <w:szCs w:val="21"/>
                <w14:cntxtAlts/>
              </w:rPr>
            </w:pPr>
            <w:r w:rsidRPr="004B0265">
              <w:rPr>
                <w:rFonts w:ascii="ISHALinkpen Join" w:hAnsi="ISHALinkpen Join"/>
                <w:b/>
                <w:color w:val="6A4A2F"/>
                <w:sz w:val="17"/>
                <w:szCs w:val="21"/>
                <w14:cntxtAlts/>
              </w:rPr>
              <w:t>ENGLISH</w:t>
            </w:r>
          </w:p>
          <w:p w14:paraId="4D75E98C" w14:textId="07B5814A" w:rsidR="00CD7FD8" w:rsidRPr="004B0265" w:rsidRDefault="00577F10">
            <w:pPr>
              <w:spacing w:after="0" w:line="240" w:lineRule="auto"/>
              <w:rPr>
                <w:rFonts w:ascii="ISHALinkpen Join" w:hAnsi="ISHALinkpen Join"/>
                <w:sz w:val="17"/>
                <w:szCs w:val="21"/>
                <w14:cntxtAlts/>
              </w:rPr>
            </w:pPr>
            <w:r w:rsidRPr="00577F10">
              <w:rPr>
                <w:rFonts w:ascii="ISHALinkpen Join" w:hAnsi="ISHALinkpen Join"/>
                <w:sz w:val="16"/>
                <w:szCs w:val="20"/>
                <w14:cntxtAlts/>
              </w:rPr>
              <w:t>Our focus in English will be on narratives and using past and present tense. We will continue to focus on using capital letters correctly as well as the conjunction ‘and’. We will also be introducing suffixes to the children focusing on -</w:t>
            </w:r>
            <w:proofErr w:type="spellStart"/>
            <w:r w:rsidRPr="00577F10">
              <w:rPr>
                <w:rFonts w:ascii="ISHALinkpen Join" w:hAnsi="ISHALinkpen Join"/>
                <w:sz w:val="16"/>
                <w:szCs w:val="20"/>
                <w14:cntxtAlts/>
              </w:rPr>
              <w:t>ing</w:t>
            </w:r>
            <w:proofErr w:type="spellEnd"/>
            <w:r w:rsidRPr="00577F10">
              <w:rPr>
                <w:rFonts w:ascii="ISHALinkpen Join" w:hAnsi="ISHALinkpen Join"/>
                <w:sz w:val="16"/>
                <w:szCs w:val="20"/>
                <w14:cntxtAlts/>
              </w:rPr>
              <w:t>, -ed, -er.</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3F8D7EF2" w14:textId="77777777" w:rsidR="00CD7FD8" w:rsidRPr="004B0265" w:rsidRDefault="00496C60">
            <w:pPr>
              <w:spacing w:after="40"/>
              <w:rPr>
                <w:rFonts w:ascii="ISHALinkpen Join" w:hAnsi="ISHALinkpen Join"/>
                <w:sz w:val="17"/>
                <w:szCs w:val="21"/>
                <w14:cntxtAlts/>
              </w:rPr>
            </w:pPr>
            <w:r w:rsidRPr="004B0265">
              <w:rPr>
                <w:rFonts w:ascii="ISHALinkpen Join" w:hAnsi="ISHALinkpen Join"/>
                <w:b/>
                <w:color w:val="6A4A2F"/>
                <w:sz w:val="17"/>
                <w:szCs w:val="21"/>
                <w14:cntxtAlts/>
              </w:rPr>
              <w:t>MATHS</w:t>
            </w:r>
          </w:p>
          <w:p w14:paraId="324BD0A6" w14:textId="4CC104E0" w:rsidR="00CD7FD8" w:rsidRPr="004B0265" w:rsidRDefault="00577F10">
            <w:pPr>
              <w:spacing w:after="0" w:line="240" w:lineRule="auto"/>
              <w:rPr>
                <w:rFonts w:ascii="ISHALinkpen Join" w:hAnsi="ISHALinkpen Join"/>
                <w:sz w:val="17"/>
                <w:szCs w:val="21"/>
                <w14:cntxtAlts/>
              </w:rPr>
            </w:pPr>
            <w:r w:rsidRPr="00577F10">
              <w:rPr>
                <w:rFonts w:ascii="ISHALinkpen Join Connect" w:hAnsi="ISHALinkpen Join Connect"/>
                <w:sz w:val="16"/>
                <w:szCs w:val="16"/>
              </w:rPr>
              <w:t xml:space="preserve">In </w:t>
            </w:r>
            <w:proofErr w:type="spellStart"/>
            <w:r w:rsidRPr="00577F10">
              <w:rPr>
                <w:rFonts w:ascii="ISHALinkpen Join Connect" w:hAnsi="ISHALinkpen Join Connect"/>
                <w:sz w:val="16"/>
                <w:szCs w:val="16"/>
              </w:rPr>
              <w:t>Maths</w:t>
            </w:r>
            <w:proofErr w:type="spellEnd"/>
            <w:r w:rsidRPr="00577F10">
              <w:rPr>
                <w:rFonts w:ascii="ISHALinkpen Join Connect" w:hAnsi="ISHALinkpen Join Connect"/>
                <w:sz w:val="16"/>
                <w:szCs w:val="16"/>
              </w:rPr>
              <w:t>, we be continuing to develop our knowledge of place value with numbers to 10. We will be learning to add numbers to 10 and subtract within 10. We will be learning to use the part-whole model to partition numbers. We will be learning about fact families and number bonds within 10.</w:t>
            </w:r>
          </w:p>
        </w:tc>
      </w:tr>
      <w:tr w:rsidR="00CD7FD8" w:rsidRPr="004B0265" w14:paraId="43E2AEB5" w14:textId="77777777" w:rsidTr="22496F69">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346B624A" w14:textId="77777777" w:rsidR="00CD7FD8" w:rsidRPr="004B0265" w:rsidRDefault="00496C60">
            <w:pPr>
              <w:spacing w:after="40"/>
              <w:rPr>
                <w:rFonts w:ascii="ISHALinkpen Join" w:hAnsi="ISHALinkpen Join"/>
                <w:sz w:val="17"/>
                <w:szCs w:val="21"/>
                <w14:cntxtAlts/>
              </w:rPr>
            </w:pPr>
            <w:r w:rsidRPr="004B0265">
              <w:rPr>
                <w:rFonts w:ascii="ISHALinkpen Join" w:hAnsi="ISHALinkpen Join"/>
                <w:b/>
                <w:color w:val="6A4A2F"/>
                <w:sz w:val="17"/>
                <w:szCs w:val="21"/>
                <w14:cntxtAlts/>
              </w:rPr>
              <w:t>SCIENCE</w:t>
            </w:r>
          </w:p>
          <w:p w14:paraId="0A6FCCC6" w14:textId="427DEA9B" w:rsidR="008258EB" w:rsidRDefault="00577F10">
            <w:pPr>
              <w:spacing w:after="0" w:line="240" w:lineRule="auto"/>
              <w:rPr>
                <w:rFonts w:ascii="ISHALinkpen Join" w:hAnsi="ISHALinkpen Join"/>
                <w:sz w:val="16"/>
                <w:szCs w:val="20"/>
                <w14:cntxtAlts/>
              </w:rPr>
            </w:pPr>
            <w:r w:rsidRPr="00577F10">
              <w:rPr>
                <w:rFonts w:ascii="ISHALinkpen Join" w:hAnsi="ISHALinkpen Join"/>
                <w:sz w:val="16"/>
                <w:szCs w:val="20"/>
                <w14:cntxtAlts/>
              </w:rPr>
              <w:t xml:space="preserve">For our </w:t>
            </w:r>
            <w:proofErr w:type="gramStart"/>
            <w:r w:rsidRPr="00577F10">
              <w:rPr>
                <w:rFonts w:ascii="ISHALinkpen Join" w:hAnsi="ISHALinkpen Join"/>
                <w:sz w:val="16"/>
                <w:szCs w:val="20"/>
                <w14:cntxtAlts/>
              </w:rPr>
              <w:t>Science</w:t>
            </w:r>
            <w:proofErr w:type="gramEnd"/>
            <w:r w:rsidRPr="00577F10">
              <w:rPr>
                <w:rFonts w:ascii="ISHALinkpen Join" w:hAnsi="ISHALinkpen Join"/>
                <w:sz w:val="16"/>
                <w:szCs w:val="20"/>
                <w14:cntxtAlts/>
              </w:rPr>
              <w:t xml:space="preserve"> learning, we will be learning about seasonal changes in Autumn and Winter. We will be observing and describing the different weather associated with the seasons and observing what happens to the plants, trees and wild life.</w:t>
            </w:r>
            <w:r w:rsidR="005769AB">
              <w:rPr>
                <w:rFonts w:ascii="ISHALinkpen Join" w:hAnsi="ISHALinkpen Join"/>
                <w:sz w:val="16"/>
                <w:szCs w:val="20"/>
                <w14:cntxtAlts/>
              </w:rPr>
              <w:t xml:space="preserve">  We will also be continuing our learning on Materials from this half term and learning new vocabulary to extend our knowledge.</w:t>
            </w:r>
          </w:p>
          <w:p w14:paraId="321820CD" w14:textId="77777777" w:rsidR="008258EB" w:rsidRDefault="008258EB">
            <w:pPr>
              <w:spacing w:after="0" w:line="240" w:lineRule="auto"/>
              <w:rPr>
                <w:rFonts w:ascii="ISHALinkpen Join" w:hAnsi="ISHALinkpen Join"/>
                <w:sz w:val="16"/>
                <w:szCs w:val="20"/>
                <w14:cntxtAlts/>
              </w:rPr>
            </w:pPr>
          </w:p>
          <w:p w14:paraId="16A692AB" w14:textId="437311BF" w:rsidR="00C62317" w:rsidRPr="004B0265" w:rsidRDefault="00C62317">
            <w:pPr>
              <w:spacing w:after="0" w:line="240" w:lineRule="auto"/>
              <w:rPr>
                <w:rFonts w:ascii="ISHALinkpen Join" w:hAnsi="ISHALinkpen Join"/>
                <w:sz w:val="17"/>
                <w:szCs w:val="21"/>
                <w14:cntxtAlts/>
              </w:rPr>
            </w:pP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0F555F2C" w14:textId="0CE05F54" w:rsidR="00CD7FD8" w:rsidRPr="004B0265" w:rsidRDefault="00BD43FB">
            <w:pPr>
              <w:spacing w:after="40"/>
              <w:rPr>
                <w:rFonts w:ascii="ISHALinkpen Join" w:hAnsi="ISHALinkpen Join"/>
                <w:sz w:val="17"/>
                <w:szCs w:val="21"/>
                <w14:cntxtAlts/>
              </w:rPr>
            </w:pPr>
            <w:r w:rsidRPr="004B0265">
              <w:rPr>
                <w:rFonts w:ascii="ISHALinkpen Join" w:hAnsi="ISHALinkpen Join"/>
                <w:b/>
                <w:color w:val="6A4A2F"/>
                <w:sz w:val="17"/>
                <w:szCs w:val="21"/>
                <w14:cntxtAlts/>
              </w:rPr>
              <w:t>Geography</w:t>
            </w:r>
          </w:p>
          <w:p w14:paraId="6E584F83" w14:textId="77777777" w:rsidR="00206712" w:rsidRDefault="00206712" w:rsidP="00206712">
            <w:pPr>
              <w:spacing w:after="0" w:line="240" w:lineRule="auto"/>
              <w:rPr>
                <w:rFonts w:ascii="ISHALinkpen Join" w:hAnsi="ISHALinkpen Join"/>
                <w:sz w:val="16"/>
                <w:szCs w:val="20"/>
                <w14:cntxtAlts/>
              </w:rPr>
            </w:pPr>
          </w:p>
          <w:p w14:paraId="5930E589" w14:textId="27EEF796" w:rsidR="00577F10" w:rsidRPr="00206712" w:rsidRDefault="002F71A8" w:rsidP="00206712">
            <w:pPr>
              <w:spacing w:after="0" w:line="240" w:lineRule="auto"/>
              <w:rPr>
                <w:rFonts w:ascii="ISHALinkpen Join" w:hAnsi="ISHALinkpen Join"/>
                <w:sz w:val="16"/>
                <w:szCs w:val="20"/>
                <w14:cntxtAlts/>
              </w:rPr>
            </w:pPr>
            <w:r>
              <w:rPr>
                <w:rFonts w:ascii="ISHALinkpen Join" w:hAnsi="ISHALinkpen Join"/>
                <w:sz w:val="16"/>
                <w:szCs w:val="20"/>
                <w14:cntxtAlts/>
              </w:rPr>
              <w:t>In geography,</w:t>
            </w:r>
            <w:r w:rsidRPr="002F71A8">
              <w:rPr>
                <w:rFonts w:ascii="ISHALinkpen Join" w:hAnsi="ISHALinkpen Join"/>
                <w:sz w:val="20"/>
                <w:szCs w:val="24"/>
                <w14:cntxtAlts/>
              </w:rPr>
              <w:t xml:space="preserve"> </w:t>
            </w:r>
            <w:r w:rsidRPr="002F71A8">
              <w:rPr>
                <w:rFonts w:ascii="ISHALinkpen Join Connect" w:hAnsi="ISHALinkpen Join Connect"/>
                <w:sz w:val="16"/>
                <w:szCs w:val="16"/>
              </w:rPr>
              <w:t>we are learning about our local area. We will identify local landmarks and talk about why they are important. We will use Google Maps to navigate the local area. We will learn to name the countries in the UK and talk about different homes. We will talk about the different jobs in the community</w:t>
            </w:r>
          </w:p>
        </w:tc>
      </w:tr>
      <w:tr w:rsidR="00CD7FD8" w:rsidRPr="004B0265" w14:paraId="699C4157" w14:textId="77777777" w:rsidTr="22496F69">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559BE058" w14:textId="77777777" w:rsidR="00CD7FD8" w:rsidRPr="004B0265" w:rsidRDefault="00496C60" w:rsidP="0030298A">
            <w:pPr>
              <w:spacing w:after="40"/>
              <w:rPr>
                <w:rFonts w:ascii="ISHALinkpen Join" w:hAnsi="ISHALinkpen Join"/>
                <w:b/>
                <w:color w:val="6A4A2F"/>
                <w:sz w:val="17"/>
                <w:szCs w:val="21"/>
                <w14:cntxtAlts/>
              </w:rPr>
            </w:pPr>
            <w:r w:rsidRPr="004B0265">
              <w:rPr>
                <w:rFonts w:ascii="ISHALinkpen Join" w:hAnsi="ISHALinkpen Join"/>
                <w:b/>
                <w:color w:val="6A4A2F"/>
                <w:sz w:val="17"/>
                <w:szCs w:val="21"/>
                <w14:cntxtAlts/>
              </w:rPr>
              <w:t>ART / DT</w:t>
            </w:r>
          </w:p>
          <w:p w14:paraId="607FF25B" w14:textId="379F6FCF" w:rsidR="0020508F" w:rsidRPr="00206712" w:rsidRDefault="002F71A8" w:rsidP="0030298A">
            <w:pPr>
              <w:spacing w:after="40"/>
              <w:rPr>
                <w:rFonts w:ascii="ISHALinkpen Join" w:hAnsi="ISHALinkpen Join"/>
                <w:sz w:val="16"/>
                <w:szCs w:val="16"/>
                <w14:cntxtAlts/>
              </w:rPr>
            </w:pPr>
            <w:r w:rsidRPr="002F71A8">
              <w:rPr>
                <w:rFonts w:ascii="ISHALinkpen Join" w:hAnsi="ISHALinkpen Join"/>
                <w:sz w:val="16"/>
                <w:szCs w:val="16"/>
                <w14:cntxtAlts/>
              </w:rPr>
              <w:lastRenderedPageBreak/>
              <w:t xml:space="preserve">In Art, we will be learning about printing techniques. We will explore shapes and patterns and have a go at mixing </w:t>
            </w:r>
            <w:proofErr w:type="spellStart"/>
            <w:r w:rsidRPr="002F71A8">
              <w:rPr>
                <w:rFonts w:ascii="ISHALinkpen Join" w:hAnsi="ISHALinkpen Join"/>
                <w:sz w:val="16"/>
                <w:szCs w:val="16"/>
                <w14:cntxtAlts/>
              </w:rPr>
              <w:t>colours</w:t>
            </w:r>
            <w:proofErr w:type="spellEnd"/>
            <w:r w:rsidRPr="002F71A8">
              <w:rPr>
                <w:rFonts w:ascii="ISHALinkpen Join" w:hAnsi="ISHALinkpen Join"/>
                <w:sz w:val="16"/>
                <w:szCs w:val="16"/>
                <w14:cntxtAlts/>
              </w:rPr>
              <w:t>. We will use natural materials to make our own prints.</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DBE5F1" w:themeFill="accent1" w:themeFillTint="33"/>
            <w:tcMar>
              <w:top w:w="70" w:type="dxa"/>
              <w:left w:w="120" w:type="dxa"/>
              <w:bottom w:w="70" w:type="dxa"/>
              <w:right w:w="120" w:type="dxa"/>
            </w:tcMar>
          </w:tcPr>
          <w:p w14:paraId="278174B0" w14:textId="77777777" w:rsidR="00CD7FD8" w:rsidRPr="004B0265" w:rsidRDefault="00496C60">
            <w:pPr>
              <w:spacing w:after="40"/>
              <w:rPr>
                <w:rFonts w:ascii="ISHALinkpen Join" w:hAnsi="ISHALinkpen Join"/>
                <w:sz w:val="17"/>
                <w:szCs w:val="21"/>
                <w14:cntxtAlts/>
              </w:rPr>
            </w:pPr>
            <w:r w:rsidRPr="004B0265">
              <w:rPr>
                <w:rFonts w:ascii="ISHALinkpen Join" w:hAnsi="ISHALinkpen Join"/>
                <w:b/>
                <w:color w:val="6A4A2F"/>
                <w:sz w:val="17"/>
                <w:szCs w:val="21"/>
                <w14:cntxtAlts/>
              </w:rPr>
              <w:lastRenderedPageBreak/>
              <w:t>PSHE / RE</w:t>
            </w:r>
          </w:p>
          <w:p w14:paraId="2C663F6F" w14:textId="25606869" w:rsidR="0085308C" w:rsidRPr="004B0265" w:rsidRDefault="002F71A8">
            <w:pPr>
              <w:spacing w:after="0" w:line="240" w:lineRule="auto"/>
              <w:rPr>
                <w:rFonts w:ascii="ISHALinkpen Join" w:hAnsi="ISHALinkpen Join"/>
                <w:sz w:val="17"/>
                <w:szCs w:val="21"/>
                <w14:cntxtAlts/>
              </w:rPr>
            </w:pPr>
            <w:r w:rsidRPr="002F71A8">
              <w:rPr>
                <w:rFonts w:ascii="ISHALinkpen Join" w:hAnsi="ISHALinkpen Join"/>
                <w:sz w:val="16"/>
                <w:szCs w:val="16"/>
                <w14:cntxtAlts/>
              </w:rPr>
              <w:lastRenderedPageBreak/>
              <w:t>Our PSHE topic will be Celebrating Differences. We will look at similarities and differences between us and our friends and talk about what to do if we feel unhappy or feel like we are being bullied. We will discuss how to be a good friend and talk about what makes us special. In RE we will be learning about Christianity, focusing on the Christmas story and how it feels to receive a special gift.</w:t>
            </w:r>
          </w:p>
        </w:tc>
      </w:tr>
      <w:tr w:rsidR="00944257" w:rsidRPr="004B0265" w14:paraId="288FD6F9" w14:textId="77777777" w:rsidTr="22496F69">
        <w:trPr>
          <w:trHeight w:val="1761"/>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2A839367" w14:textId="77777777" w:rsidR="00944257" w:rsidRPr="004B0265" w:rsidRDefault="00944257">
            <w:pPr>
              <w:spacing w:after="40"/>
              <w:rPr>
                <w:rFonts w:ascii="ISHALinkpen Join" w:hAnsi="ISHALinkpen Join"/>
                <w:sz w:val="17"/>
                <w:szCs w:val="21"/>
                <w14:cntxtAlts/>
              </w:rPr>
            </w:pPr>
            <w:r w:rsidRPr="004B0265">
              <w:rPr>
                <w:rFonts w:ascii="ISHALinkpen Join" w:hAnsi="ISHALinkpen Join"/>
                <w:b/>
                <w:color w:val="6A4A2F"/>
                <w:sz w:val="17"/>
                <w:szCs w:val="21"/>
                <w14:cntxtAlts/>
              </w:rPr>
              <w:lastRenderedPageBreak/>
              <w:t>MUSIC</w:t>
            </w:r>
          </w:p>
          <w:p w14:paraId="506912AE" w14:textId="77777777" w:rsidR="00DA3217" w:rsidRPr="00C62317" w:rsidRDefault="00DA3217" w:rsidP="00DA3217">
            <w:pPr>
              <w:rPr>
                <w:rFonts w:ascii="ISHALinkpen Join" w:hAnsi="ISHALinkpen Join"/>
                <w:sz w:val="16"/>
                <w:szCs w:val="16"/>
                <w14:cntxtAlts/>
              </w:rPr>
            </w:pPr>
            <w:r w:rsidRPr="00C62317">
              <w:rPr>
                <w:rFonts w:ascii="ISHALinkpen Join" w:hAnsi="ISHALinkpen Join"/>
                <w:sz w:val="16"/>
                <w:szCs w:val="16"/>
                <w14:cntxtAlts/>
              </w:rPr>
              <w:t>In Music we will taking part in a weekly music session with a specialist teacher. We will be learning how to use our voices focusing on pitch.</w:t>
            </w:r>
          </w:p>
          <w:p w14:paraId="14BAA65F" w14:textId="5F40B4E8" w:rsidR="00944257" w:rsidRPr="004B0265" w:rsidRDefault="00944257">
            <w:pPr>
              <w:spacing w:after="0" w:line="240" w:lineRule="auto"/>
              <w:rPr>
                <w:rFonts w:ascii="ISHALinkpen Join" w:hAnsi="ISHALinkpen Join"/>
                <w:sz w:val="17"/>
                <w:szCs w:val="21"/>
                <w14:cntxtAlts/>
              </w:rPr>
            </w:pPr>
          </w:p>
        </w:tc>
        <w:tc>
          <w:tcPr>
            <w:tcW w:w="3816"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7E50BB03" w14:textId="77777777" w:rsidR="00944257" w:rsidRPr="004B0265" w:rsidRDefault="00944257" w:rsidP="009A12F1">
            <w:pPr>
              <w:spacing w:after="40"/>
              <w:rPr>
                <w:rFonts w:ascii="ISHALinkpen Join" w:hAnsi="ISHALinkpen Join"/>
                <w:b/>
                <w:color w:val="6A4A2F"/>
                <w:sz w:val="17"/>
                <w:szCs w:val="21"/>
                <w14:cntxtAlts/>
              </w:rPr>
            </w:pPr>
            <w:r w:rsidRPr="004B0265">
              <w:rPr>
                <w:rFonts w:ascii="ISHALinkpen Join" w:hAnsi="ISHALinkpen Join"/>
                <w:b/>
                <w:color w:val="6A4A2F"/>
                <w:sz w:val="17"/>
                <w:szCs w:val="21"/>
                <w14:cntxtAlts/>
              </w:rPr>
              <w:t>KEY TEXTS</w:t>
            </w:r>
          </w:p>
          <w:p w14:paraId="4C95F593" w14:textId="4FC54B3D" w:rsidR="00DA3217" w:rsidRPr="00B5544C" w:rsidRDefault="00DA3217" w:rsidP="00DA3217">
            <w:pPr>
              <w:jc w:val="center"/>
              <w:rPr>
                <w:rFonts w:ascii="ISHALinkpen Join" w:hAnsi="ISHALinkpen Join"/>
                <w:bCs/>
                <w:sz w:val="16"/>
                <w:szCs w:val="14"/>
                <w14:cntxtAlts/>
              </w:rPr>
            </w:pPr>
            <w:r w:rsidRPr="00B5544C">
              <w:rPr>
                <w:rFonts w:ascii="ISHALinkpen Join" w:hAnsi="ISHALinkpen Join"/>
                <w:bCs/>
                <w:sz w:val="16"/>
                <w:szCs w:val="14"/>
                <w14:cntxtAlts/>
              </w:rPr>
              <w:t xml:space="preserve"> </w:t>
            </w:r>
            <w:r w:rsidR="002F71A8" w:rsidRPr="00F739AF">
              <w:rPr>
                <w:rFonts w:ascii="ISHALinkpen Join Connect" w:hAnsi="ISHALinkpen Join Connect" w:cs="Arial"/>
                <w:noProof/>
                <w:sz w:val="16"/>
                <w:szCs w:val="14"/>
              </w:rPr>
              <w:drawing>
                <wp:inline distT="0" distB="0" distL="0" distR="0" wp14:anchorId="5EE45486" wp14:editId="788B920F">
                  <wp:extent cx="1311275" cy="12026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11275" cy="1202690"/>
                          </a:xfrm>
                          <a:prstGeom prst="rect">
                            <a:avLst/>
                          </a:prstGeom>
                        </pic:spPr>
                      </pic:pic>
                    </a:graphicData>
                  </a:graphic>
                </wp:inline>
              </w:drawing>
            </w:r>
            <w:r w:rsidRPr="00B5544C">
              <w:rPr>
                <w:rFonts w:ascii="ISHALinkpen Join" w:hAnsi="ISHALinkpen Join"/>
                <w:bCs/>
                <w:sz w:val="16"/>
                <w:szCs w:val="14"/>
                <w14:cntxtAlts/>
              </w:rPr>
              <w:t xml:space="preserve"> </w:t>
            </w:r>
          </w:p>
          <w:p w14:paraId="4514A053" w14:textId="40E2AA0E" w:rsidR="00DA3217" w:rsidRPr="004B0265" w:rsidRDefault="002F71A8" w:rsidP="00B5544C">
            <w:pPr>
              <w:spacing w:after="40"/>
              <w:jc w:val="center"/>
              <w:rPr>
                <w:rFonts w:ascii="ISHALinkpen Join" w:hAnsi="ISHALinkpen Join"/>
                <w:sz w:val="17"/>
                <w:szCs w:val="21"/>
                <w14:cntxtAlts/>
              </w:rPr>
            </w:pPr>
            <w:proofErr w:type="spellStart"/>
            <w:r>
              <w:rPr>
                <w:rFonts w:ascii="ISHALinkpen Join" w:hAnsi="ISHALinkpen Join" w:cs="Arial"/>
                <w:b/>
                <w:bCs/>
                <w:sz w:val="16"/>
                <w:szCs w:val="14"/>
                <w14:cntxtAlts/>
              </w:rPr>
              <w:t>Beegu</w:t>
            </w:r>
            <w:proofErr w:type="spellEnd"/>
          </w:p>
        </w:tc>
        <w:tc>
          <w:tcPr>
            <w:tcW w:w="3816" w:type="dxa"/>
            <w:tcBorders>
              <w:top w:val="single" w:sz="5" w:space="0" w:color="D8CCB5"/>
              <w:left w:val="single" w:sz="5" w:space="0" w:color="D8CCB5"/>
              <w:bottom w:val="single" w:sz="5" w:space="0" w:color="D8CCB5"/>
              <w:right w:val="single" w:sz="5" w:space="0" w:color="D8CCB5"/>
            </w:tcBorders>
            <w:shd w:val="clear" w:color="auto" w:fill="F3F1F7"/>
          </w:tcPr>
          <w:p w14:paraId="250E8629" w14:textId="77777777" w:rsidR="00944257" w:rsidRPr="004B0265" w:rsidRDefault="00944257">
            <w:pPr>
              <w:rPr>
                <w:rFonts w:ascii="ISHALinkpen Join" w:hAnsi="ISHALinkpen Join"/>
                <w:sz w:val="17"/>
                <w:szCs w:val="21"/>
                <w14:cntxtAlts/>
              </w:rPr>
            </w:pPr>
            <w:r w:rsidRPr="004B0265">
              <w:rPr>
                <w:rFonts w:ascii="ISHALinkpen Join" w:hAnsi="ISHALinkpen Join"/>
                <w:sz w:val="17"/>
                <w:szCs w:val="21"/>
                <w14:cntxtAlts/>
              </w:rPr>
              <w:t>PE</w:t>
            </w:r>
          </w:p>
          <w:p w14:paraId="14DACA4E" w14:textId="4040367F" w:rsidR="00DA3217" w:rsidRPr="004B0265" w:rsidRDefault="399BCE7D">
            <w:pPr>
              <w:rPr>
                <w:rFonts w:ascii="ISHALinkpen Join" w:hAnsi="ISHALinkpen Join"/>
                <w:sz w:val="17"/>
                <w:szCs w:val="17"/>
                <w14:cntxtAlts/>
              </w:rPr>
            </w:pPr>
            <w:r w:rsidRPr="22496F69">
              <w:rPr>
                <w:rFonts w:ascii="ISHALinkpen Join" w:hAnsi="ISHALinkpen Join"/>
                <w:sz w:val="16"/>
                <w:szCs w:val="16"/>
              </w:rPr>
              <w:t xml:space="preserve">In PE, we will be developing our </w:t>
            </w:r>
            <w:r w:rsidR="3225470D" w:rsidRPr="22496F69">
              <w:rPr>
                <w:rStyle w:val="Strong"/>
                <w:rFonts w:ascii="ISHALinkpen Join" w:hAnsi="ISHALinkpen Join"/>
                <w:sz w:val="16"/>
                <w:szCs w:val="16"/>
              </w:rPr>
              <w:t xml:space="preserve">gymnastic skills. </w:t>
            </w:r>
            <w:r w:rsidR="058D27DC" w:rsidRPr="22496F69">
              <w:rPr>
                <w:rStyle w:val="Strong"/>
                <w:rFonts w:ascii="ISHALinkpen Join" w:hAnsi="ISHALinkpen Join"/>
                <w:sz w:val="16"/>
                <w:szCs w:val="16"/>
              </w:rPr>
              <w:t xml:space="preserve"> </w:t>
            </w:r>
            <w:r w:rsidR="058D27DC" w:rsidRPr="22496F69">
              <w:rPr>
                <w:rStyle w:val="Strong"/>
                <w:rFonts w:ascii="ISHALinkpen Join" w:hAnsi="ISHALinkpen Join"/>
                <w:b w:val="0"/>
                <w:bCs w:val="0"/>
                <w:sz w:val="16"/>
                <w:szCs w:val="16"/>
              </w:rPr>
              <w:t>Where we will work on flexibility and balance.</w:t>
            </w:r>
          </w:p>
        </w:tc>
      </w:tr>
    </w:tbl>
    <w:p w14:paraId="08C8E697" w14:textId="0D778902" w:rsidR="00E13F31" w:rsidRPr="004B0265" w:rsidRDefault="00E13F31" w:rsidP="009A12F1">
      <w:pPr>
        <w:spacing w:before="60" w:after="0"/>
        <w:rPr>
          <w:rFonts w:ascii="ISHALinkpen Join" w:hAnsi="ISHALinkpen Join"/>
          <w14:cntxtAlts/>
        </w:rPr>
      </w:pPr>
    </w:p>
    <w:sectPr w:rsidR="00E13F31" w:rsidRPr="004B0265" w:rsidSect="00034616">
      <w:pgSz w:w="16834" w:h="11909" w:orient="landscape"/>
      <w:pgMar w:top="504" w:right="648" w:bottom="504"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Letter-join Basic 40">
    <w:altName w:val="Calibri"/>
    <w:panose1 w:val="02000505000000020003"/>
    <w:charset w:val="00"/>
    <w:family w:val="modern"/>
    <w:notTrueType/>
    <w:pitch w:val="variable"/>
    <w:sig w:usb0="8000002F" w:usb1="1000000B" w:usb2="00000000" w:usb3="00000000" w:csb0="00000001" w:csb1="00000000"/>
  </w:font>
  <w:font w:name="Sassoon Infant Std">
    <w:altName w:val="Times New Roman"/>
    <w:charset w:val="00"/>
    <w:family w:val="swiss"/>
    <w:notTrueType/>
    <w:pitch w:val="variable"/>
    <w:sig w:usb0="800000AF" w:usb1="5000204A" w:usb2="00000000" w:usb3="00000000" w:csb0="00000001"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A3D769B"/>
    <w:multiLevelType w:val="multilevel"/>
    <w:tmpl w:val="F37A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06A"/>
    <w:rsid w:val="00034616"/>
    <w:rsid w:val="0006063C"/>
    <w:rsid w:val="000E1757"/>
    <w:rsid w:val="0015074B"/>
    <w:rsid w:val="0020508F"/>
    <w:rsid w:val="00206712"/>
    <w:rsid w:val="00221E18"/>
    <w:rsid w:val="002632F1"/>
    <w:rsid w:val="00277CBA"/>
    <w:rsid w:val="0029639D"/>
    <w:rsid w:val="002B58E8"/>
    <w:rsid w:val="002F71A8"/>
    <w:rsid w:val="0030298A"/>
    <w:rsid w:val="00326F90"/>
    <w:rsid w:val="00375A38"/>
    <w:rsid w:val="003A7267"/>
    <w:rsid w:val="00406AF2"/>
    <w:rsid w:val="00496C60"/>
    <w:rsid w:val="004A043E"/>
    <w:rsid w:val="004B0265"/>
    <w:rsid w:val="005769AB"/>
    <w:rsid w:val="00577F10"/>
    <w:rsid w:val="006439AE"/>
    <w:rsid w:val="006A0C0B"/>
    <w:rsid w:val="006B6092"/>
    <w:rsid w:val="006D7782"/>
    <w:rsid w:val="00824835"/>
    <w:rsid w:val="008258EB"/>
    <w:rsid w:val="00826182"/>
    <w:rsid w:val="00843126"/>
    <w:rsid w:val="0085308C"/>
    <w:rsid w:val="00944257"/>
    <w:rsid w:val="009A12F1"/>
    <w:rsid w:val="00A04E03"/>
    <w:rsid w:val="00A0713F"/>
    <w:rsid w:val="00AA1D8D"/>
    <w:rsid w:val="00AD514C"/>
    <w:rsid w:val="00B36F18"/>
    <w:rsid w:val="00B47730"/>
    <w:rsid w:val="00B5544C"/>
    <w:rsid w:val="00B6469D"/>
    <w:rsid w:val="00BA31FE"/>
    <w:rsid w:val="00BD43FB"/>
    <w:rsid w:val="00C17302"/>
    <w:rsid w:val="00C62317"/>
    <w:rsid w:val="00C72095"/>
    <w:rsid w:val="00C8655A"/>
    <w:rsid w:val="00CB0664"/>
    <w:rsid w:val="00CB1034"/>
    <w:rsid w:val="00CD769A"/>
    <w:rsid w:val="00CD7FD8"/>
    <w:rsid w:val="00DA3217"/>
    <w:rsid w:val="00E13F31"/>
    <w:rsid w:val="00E357F5"/>
    <w:rsid w:val="00F71061"/>
    <w:rsid w:val="00FC693F"/>
    <w:rsid w:val="058D27DC"/>
    <w:rsid w:val="22496F69"/>
    <w:rsid w:val="3225470D"/>
    <w:rsid w:val="399BCE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CC46DB"/>
  <w14:defaultImageDpi w14:val="300"/>
  <w15:docId w15:val="{0DC0C85D-A01A-4B36-8874-9334B4A3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7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05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4155">
      <w:bodyDiv w:val="1"/>
      <w:marLeft w:val="0"/>
      <w:marRight w:val="0"/>
      <w:marTop w:val="0"/>
      <w:marBottom w:val="0"/>
      <w:divBdr>
        <w:top w:val="none" w:sz="0" w:space="0" w:color="auto"/>
        <w:left w:val="none" w:sz="0" w:space="0" w:color="auto"/>
        <w:bottom w:val="none" w:sz="0" w:space="0" w:color="auto"/>
        <w:right w:val="none" w:sz="0" w:space="0" w:color="auto"/>
      </w:divBdr>
    </w:div>
    <w:div w:id="1392653240">
      <w:bodyDiv w:val="1"/>
      <w:marLeft w:val="0"/>
      <w:marRight w:val="0"/>
      <w:marTop w:val="0"/>
      <w:marBottom w:val="0"/>
      <w:divBdr>
        <w:top w:val="none" w:sz="0" w:space="0" w:color="auto"/>
        <w:left w:val="none" w:sz="0" w:space="0" w:color="auto"/>
        <w:bottom w:val="none" w:sz="0" w:space="0" w:color="auto"/>
        <w:right w:val="none" w:sz="0" w:space="0" w:color="auto"/>
      </w:divBdr>
    </w:div>
    <w:div w:id="1420250349">
      <w:bodyDiv w:val="1"/>
      <w:marLeft w:val="0"/>
      <w:marRight w:val="0"/>
      <w:marTop w:val="0"/>
      <w:marBottom w:val="0"/>
      <w:divBdr>
        <w:top w:val="none" w:sz="0" w:space="0" w:color="auto"/>
        <w:left w:val="none" w:sz="0" w:space="0" w:color="auto"/>
        <w:bottom w:val="none" w:sz="0" w:space="0" w:color="auto"/>
        <w:right w:val="none" w:sz="0" w:space="0" w:color="auto"/>
      </w:divBdr>
    </w:div>
    <w:div w:id="1987007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week2 xmlns="c8b74bd5-8541-436f-b460-0e7d2a4c27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5" ma:contentTypeDescription="Create a new document." ma:contentTypeScope="" ma:versionID="9d6d1c767edd6aea565b5b9a6a30f490">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8d6faac7fb98420e66feccbda2de2242"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element ref="ns3:week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week2" ma:index="22" nillable="true" ma:displayName="week 2" ma:format="Dropdown" ma:internalName="week2">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15E17-42CD-467E-A066-FAF52DA5488F}">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customXml/itemProps2.xml><?xml version="1.0" encoding="utf-8"?>
<ds:datastoreItem xmlns:ds="http://schemas.openxmlformats.org/officeDocument/2006/customXml" ds:itemID="{E4CAFCDA-800A-4635-BDAE-72D24A4653D2}">
  <ds:schemaRefs>
    <ds:schemaRef ds:uri="http://schemas.microsoft.com/sharepoint/v3/contenttype/forms"/>
  </ds:schemaRefs>
</ds:datastoreItem>
</file>

<file path=customXml/itemProps3.xml><?xml version="1.0" encoding="utf-8"?>
<ds:datastoreItem xmlns:ds="http://schemas.openxmlformats.org/officeDocument/2006/customXml" ds:itemID="{A741D29C-153E-4440-8971-5E24FB11D646}"/>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468</Words>
  <Characters>2670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Robinson</dc:creator>
  <cp:keywords/>
  <dc:description>generated by python-docx</dc:description>
  <cp:lastModifiedBy>Kelly McDonald</cp:lastModifiedBy>
  <cp:revision>2</cp:revision>
  <dcterms:created xsi:type="dcterms:W3CDTF">2026-10-12T12:26:00Z</dcterms:created>
  <dcterms:modified xsi:type="dcterms:W3CDTF">2026-10-12T12:26:00Z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0x010100793E0466AB07574CBBDE8CA033CEEF7B</vt:lpwstr>
  </property>
  <property fmtid="{D5CDD505-2E9C-101B-9397-08002B2CF9AE}" pid="3" name="MediaServiceImageTags">
    <vt:lpwstr/>
  </property>
</Properties>
</file>